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Suno Creative Campaign and Song Showcase</w:t>
      </w:r>
    </w:p>
    <w:p>
      <w:pPr>
        <w:pStyle w:val="Subtitle"/>
      </w:pPr>
      <w:r>
        <w:t>Your Story Has a Sound</w:t>
      </w:r>
    </w:p>
    <w:p>
      <w:pPr>
        <w:pStyle w:val="Heading1"/>
      </w:pPr>
      <w:r>
        <w:t>Suno speculative creative portfolio   Eric Bryden</w:t>
      </w:r>
    </w:p>
    <w:p>
      <w:r>
        <w:t>Draconic Realms Creations | Artist: Draconic1967</w:t>
      </w:r>
    </w:p>
    <w:p>
      <w:r>
        <w:t>Independent portfolio concept. Not commissioned or endorsed by Suno. No paid campaign has been run and no performance results are claimed.</w:t>
      </w:r>
    </w:p>
    <w:p>
      <w:pPr>
        <w:pStyle w:val="Heading1"/>
      </w:pPr>
      <w:r>
        <w:t>Creative brief</w:t>
      </w:r>
    </w:p>
    <w:p>
      <w:r>
        <w:t>Audience: people with stories, lyrics, and ideas who want to explore making music but have not tried Suno.</w:t>
      </w:r>
    </w:p>
    <w:p>
      <w:r>
        <w:t>Objective: encourage a first song creation. Primary proposed measurement: cost per new user completing a first creation, if available in campaign reporting. Click-through rate is a diagnostic, not the final business outcome.</w:t>
      </w:r>
    </w:p>
    <w:p>
      <w:r>
        <w:t>Insight to test: people may respond more strongly to hearing their own story than to generic promises about AI.</w:t>
      </w:r>
    </w:p>
    <w:p>
      <w:r>
        <w:t>Campaign idea: Your Story Has a Sound.</w:t>
      </w:r>
    </w:p>
    <w:p>
      <w:r>
        <w:t>Source consulted: https://suno.com/ — Suno describes music creation from a melody, written lyrics, or a feeling. The campaign interpretation and all copy below are original proposals.</w:t>
      </w:r>
    </w:p>
    <w:p>
      <w:pPr>
        <w:pStyle w:val="Heading1"/>
      </w:pPr>
      <w:r>
        <w:t>Three static ad concepts</w:t>
      </w:r>
    </w:p>
    <w:p>
      <w:pPr>
        <w:pStyle w:val="Heading2"/>
      </w:pPr>
      <w:r>
        <w:t>A  The notebook</w:t>
      </w:r>
    </w:p>
    <w:p>
      <w:r>
        <w:t>Headline: THAT LINE IN YOUR NOTES? IT COULD BE A SONG.</w:t>
      </w:r>
    </w:p>
    <w:p>
      <w:r>
        <w:t>Supporting copy: Give your words somewhere to go.</w:t>
      </w:r>
    </w:p>
    <w:p>
      <w:r>
        <w:t>CTA: Create with Suno.</w:t>
      </w:r>
    </w:p>
    <w:p>
      <w:r>
        <w:t>Composition: large headline, original handwritten lyric on a notebook, a visual transition into an abstract waveform, clear CTA. Keep one focal point and generous margins.</w:t>
      </w:r>
    </w:p>
    <w:p>
      <w:r>
        <w:t>Hypothesis: recognizing an everyday writing habit reduces the distance between audience and product.</w:t>
      </w:r>
    </w:p>
    <w:p>
      <w:pPr>
        <w:pStyle w:val="Heading2"/>
      </w:pPr>
      <w:r>
        <w:t>B  The dedication</w:t>
      </w:r>
    </w:p>
    <w:p>
      <w:r>
        <w:t>Headline: SOME STORIES DESERVE A CHORUS.</w:t>
      </w:r>
    </w:p>
    <w:p>
      <w:r>
        <w:t>Supporting copy: Turn a memory into music.</w:t>
      </w:r>
    </w:p>
    <w:p>
      <w:r>
        <w:t>CTA: Start your song.</w:t>
      </w:r>
    </w:p>
    <w:p>
      <w:r>
        <w:t>Composition: original image of a meaningful moment beside a lyric card; warm light; minimal text. Use licensed or consented imagery. Avoid suggesting that the image shows a real customer unless it does.</w:t>
      </w:r>
    </w:p>
    <w:p>
      <w:r>
        <w:t>Hypothesis: an emotional use case improves first-creation completion relative to a generic feature ad.</w:t>
      </w:r>
    </w:p>
    <w:p>
      <w:pPr>
        <w:pStyle w:val="Heading2"/>
      </w:pPr>
      <w:r>
        <w:t>C  The genre switch</w:t>
      </w:r>
    </w:p>
    <w:p>
      <w:r>
        <w:t>Headline: ONE STORY. THREE DIFFERENT FEELINGS.</w:t>
      </w:r>
    </w:p>
    <w:p>
      <w:r>
        <w:t>Supporting copy: Explore it in country, soul, or rock.</w:t>
      </w:r>
    </w:p>
    <w:p>
      <w:r>
        <w:t>CTA: Find your sound.</w:t>
      </w:r>
    </w:p>
    <w:p>
      <w:r>
        <w:t>Composition: one lyric displayed across three clearly labeled genre panels, each with a distinct visual rhythm. A companion video would demonstrate actual audio versions.</w:t>
      </w:r>
    </w:p>
    <w:p>
      <w:r>
        <w:t>Hypothesis: creative choice appeals to people who want control over the result.</w:t>
      </w:r>
    </w:p>
    <w:p>
      <w:pPr>
        <w:pStyle w:val="Heading1"/>
      </w:pPr>
      <w:r>
        <w:t>Format and craft checklist</w:t>
      </w:r>
    </w:p>
    <w:p>
      <w:r>
        <w:t>Build square 1080 × 1080, portrait 1080 × 1350, and vertical 1080 × 1920 concept versions. These are proposed export sizes; check current placement specifications before launch. Recompose each layout instead of merely cropping. Check readability on a phone and placement-specific overlays. Use Suno's authorized current logo, typography, and brand guidance before any commercial use. These concepts do not establish an official Suno color palette.</w:t>
      </w:r>
    </w:p>
    <w:p>
      <w:r>
        <w:t>Suggested editable structure: headline, support, CTA, logo, background, image, and effect layers. Name variants consistently: Concept_Hook_Format_Version.</w:t>
      </w:r>
    </w:p>
    <w:p>
      <w:r>
        <w:t>Portfolio evidence to add: editable Figma frames or layered Adobe files, alignment and type examples, export variants, and a short annotated revision showing why a design changed. This brief alone does not demonstrate expert proficiency in those tools.</w:t>
      </w:r>
    </w:p>
    <w:p>
      <w:pPr>
        <w:pStyle w:val="Heading1"/>
      </w:pPr>
      <w:r>
        <w:t>Proposed testing roadmap</w:t>
      </w:r>
    </w:p>
    <w:p>
      <w:r>
        <w:t>Week 1: validate measurement with the performance team; produce all three concepts using the same offer, CTA destination, and comparable audience conditions.</w:t>
      </w:r>
    </w:p>
    <w:p>
      <w:r>
        <w:t>Week 2: test concept families. Agree budget, minimum evidence, and stopping criteria before launch; report uncertainty when volume is insufficient.</w:t>
      </w:r>
    </w:p>
    <w:p>
      <w:r>
        <w:t>Week 3: vary the headline within the strongest concept, keeping the other major elements stable. Compare downstream creation rate and acquisition cost, with clicks as supporting evidence.</w:t>
      </w:r>
    </w:p>
    <w:p>
      <w:r>
        <w:t>Week 4: adapt the strongest supported message to new placements and refresh imagery. Document what changed, the evidence, and the next hypothesis.</w:t>
      </w:r>
    </w:p>
    <w:p>
      <w:r>
        <w:t>No invented CTR, conversion rate, return on spend, or campaign screenshots. With no media budget, use a small usability review to check message clarity and readability, labeled qualitative feedback rather than advertising performance.</w:t>
      </w:r>
    </w:p>
    <w:p>
      <w:pPr>
        <w:pStyle w:val="Heading1"/>
      </w:pPr>
      <w:r>
        <w:t>AI Assisted production workflow</w:t>
      </w:r>
    </w:p>
    <w:p>
      <w:r>
        <w:t>Brief and audience hypothesis → original copy and visual directions → optional AI image exploration → editable human-designed layouts → brand, spelling, accessibility, and permissions review → placement exports → test and revision.</w:t>
      </w:r>
    </w:p>
    <w:p>
      <w:r>
        <w:t>Record prompts, asset sources, approvals, and revisions. Do not fabricate product UI or capabilities. Inspect generated images for artifacts and misleading details. Keep actual interface screenshots current. Use approved assets and consenting subjects. Describe AI assistance accurately in the case study.</w:t>
      </w:r>
    </w:p>
    <w:p>
      <w:pPr>
        <w:pStyle w:val="Heading1"/>
      </w:pPr>
      <w:r>
        <w:t>Original companion song   Your Story Has a Sound</w:t>
      </w:r>
    </w:p>
    <w:p>
      <w:r>
        <w:t>Prepared as a lyrical draft for Eric Bryden / Draconic1967. Audio is not yet generated or recorded. Final songwriting and production credits should reflect Eric's revisions and the tools actually used.</w:t>
      </w:r>
    </w:p>
    <w:p>
      <w:pPr>
        <w:keepNext/>
      </w:pPr>
      <w:r>
        <w:rPr>
          <w:b/>
        </w:rPr>
        <w:t>[Intro — spoken over acoustic guitar]</w:t>
      </w:r>
    </w:p>
    <w:p>
      <w:pPr>
        <w:keepNext/>
        <w:spacing w:after="0"/>
      </w:pPr>
      <w:r>
        <w:t>To the people building Suno—</w:t>
      </w:r>
    </w:p>
    <w:p>
      <w:pPr>
        <w:keepNext/>
        <w:spacing w:after="0"/>
      </w:pPr>
      <w:r>
        <w:t>I came here with a story.</w:t>
      </w:r>
    </w:p>
    <w:p>
      <w:pPr>
        <w:keepNext/>
        <w:spacing w:after="0"/>
      </w:pPr>
      <w:r>
        <w:t>A few words, a little grit,</w:t>
      </w:r>
    </w:p>
    <w:p>
      <w:pPr>
        <w:keepNext/>
        <w:spacing w:after="0"/>
      </w:pPr>
      <w:r>
        <w:t>and something I needed to say.</w:t>
      </w:r>
    </w:p>
    <w:p>
      <w:pPr>
        <w:keepNext w:val="0"/>
        <w:spacing w:after="0"/>
      </w:pPr>
      <w:r>
        <w:t>This is what I heard.</w:t>
      </w:r>
    </w:p>
    <w:p>
      <w:pPr>
        <w:spacing w:after="0"/>
      </w:pPr>
    </w:p>
    <w:p>
      <w:pPr>
        <w:keepNext/>
      </w:pPr>
      <w:r>
        <w:rPr>
          <w:b/>
        </w:rPr>
        <w:t>[Verse 1]</w:t>
      </w:r>
    </w:p>
    <w:p>
      <w:pPr>
        <w:keepNext/>
        <w:spacing w:after="0"/>
      </w:pPr>
      <w:r>
        <w:t>There was a line in a notebook,</w:t>
      </w:r>
    </w:p>
    <w:p>
      <w:pPr>
        <w:keepNext/>
        <w:spacing w:after="0"/>
      </w:pPr>
      <w:r>
        <w:t>Coffee rings around the page,</w:t>
      </w:r>
    </w:p>
    <w:p>
      <w:pPr>
        <w:keepNext/>
        <w:spacing w:after="0"/>
      </w:pPr>
      <w:r>
        <w:t>A little hope I kept for later,</w:t>
      </w:r>
    </w:p>
    <w:p>
      <w:pPr>
        <w:keepNext/>
        <w:spacing w:after="0"/>
      </w:pPr>
      <w:r>
        <w:t>A little hurt I couldn't name.</w:t>
      </w:r>
    </w:p>
    <w:p>
      <w:pPr>
        <w:keepNext/>
        <w:spacing w:after="0"/>
      </w:pPr>
      <w:r>
        <w:t>I tapped a rhythm on the table,</w:t>
      </w:r>
    </w:p>
    <w:p>
      <w:pPr>
        <w:keepNext/>
        <w:spacing w:after="0"/>
      </w:pPr>
      <w:r>
        <w:t>Let those words fall into time,</w:t>
      </w:r>
    </w:p>
    <w:p>
      <w:pPr>
        <w:keepNext/>
        <w:spacing w:after="0"/>
      </w:pPr>
      <w:r>
        <w:t>Then the silence in that room</w:t>
      </w:r>
    </w:p>
    <w:p>
      <w:pPr>
        <w:keepNext w:val="0"/>
        <w:spacing w:after="0"/>
      </w:pPr>
      <w:r>
        <w:t>Had a melody beside mine.</w:t>
      </w:r>
    </w:p>
    <w:p>
      <w:pPr>
        <w:spacing w:after="0"/>
      </w:pPr>
    </w:p>
    <w:p>
      <w:pPr>
        <w:keepNext/>
      </w:pPr>
      <w:r>
        <w:rPr>
          <w:b/>
        </w:rPr>
        <w:t>[Pre-Chorus]</w:t>
      </w:r>
    </w:p>
    <w:p>
      <w:pPr>
        <w:keepNext/>
        <w:spacing w:after="0"/>
      </w:pPr>
      <w:r>
        <w:t>I still had to find the meaning,</w:t>
      </w:r>
    </w:p>
    <w:p>
      <w:pPr>
        <w:keepNext/>
        <w:spacing w:after="0"/>
      </w:pPr>
      <w:r>
        <w:t>I still had to choose the words,</w:t>
      </w:r>
    </w:p>
    <w:p>
      <w:pPr>
        <w:keepNext/>
        <w:spacing w:after="0"/>
      </w:pPr>
      <w:r>
        <w:t>But a door I'd only dreamed of</w:t>
      </w:r>
    </w:p>
    <w:p>
      <w:pPr>
        <w:keepNext w:val="0"/>
        <w:spacing w:after="0"/>
      </w:pPr>
      <w:r>
        <w:t>Opened wide enough to be heard.</w:t>
      </w:r>
    </w:p>
    <w:p>
      <w:pPr>
        <w:spacing w:after="0"/>
      </w:pPr>
    </w:p>
    <w:p>
      <w:pPr>
        <w:keepNext/>
      </w:pPr>
      <w:r>
        <w:rPr>
          <w:b/>
        </w:rPr>
        <w:t>[Chorus]</w:t>
      </w:r>
    </w:p>
    <w:p>
      <w:pPr>
        <w:keepNext/>
        <w:spacing w:after="0"/>
      </w:pPr>
      <w:r>
        <w:t>Your story has a sound,</w:t>
      </w:r>
    </w:p>
    <w:p>
      <w:pPr>
        <w:keepNext/>
        <w:spacing w:after="0"/>
      </w:pPr>
      <w:r>
        <w:t>Let it rise, let it roll,</w:t>
      </w:r>
    </w:p>
    <w:p>
      <w:pPr>
        <w:keepNext/>
        <w:spacing w:after="0"/>
      </w:pPr>
      <w:r>
        <w:t>From the ink upon the paper</w:t>
      </w:r>
    </w:p>
    <w:p>
      <w:pPr>
        <w:keepNext/>
        <w:spacing w:after="0"/>
      </w:pPr>
      <w:r>
        <w:t>To the fire inside your soul.</w:t>
      </w:r>
    </w:p>
    <w:p>
      <w:pPr>
        <w:keepNext/>
        <w:spacing w:after="0"/>
      </w:pPr>
      <w:r>
        <w:t>Give the whisper room to thunder,</w:t>
      </w:r>
    </w:p>
    <w:p>
      <w:pPr>
        <w:keepNext/>
        <w:spacing w:after="0"/>
      </w:pPr>
      <w:r>
        <w:t>Give the memory a tune,</w:t>
      </w:r>
    </w:p>
    <w:p>
      <w:pPr>
        <w:keepNext/>
        <w:spacing w:after="0"/>
      </w:pPr>
      <w:r>
        <w:t>There's a song inside this moment,</w:t>
      </w:r>
    </w:p>
    <w:p>
      <w:pPr>
        <w:keepNext w:val="0"/>
        <w:spacing w:after="0"/>
      </w:pPr>
      <w:r>
        <w:t>And it starts right here with you.</w:t>
      </w:r>
    </w:p>
    <w:p>
      <w:pPr>
        <w:spacing w:after="0"/>
      </w:pPr>
    </w:p>
    <w:p>
      <w:pPr>
        <w:keepNext/>
      </w:pPr>
      <w:r>
        <w:rPr>
          <w:b/>
        </w:rPr>
        <w:t>[Verse 2]</w:t>
      </w:r>
    </w:p>
    <w:p>
      <w:pPr>
        <w:keepNext/>
        <w:spacing w:after="0"/>
      </w:pPr>
      <w:r>
        <w:t>Somebody's writing for their mother,</w:t>
      </w:r>
    </w:p>
    <w:p>
      <w:pPr>
        <w:keepNext/>
        <w:spacing w:after="0"/>
      </w:pPr>
      <w:r>
        <w:t>Someone's finding love again,</w:t>
      </w:r>
    </w:p>
    <w:p>
      <w:pPr>
        <w:keepNext/>
        <w:spacing w:after="0"/>
      </w:pPr>
      <w:r>
        <w:t>Someone's making Saturday louder</w:t>
      </w:r>
    </w:p>
    <w:p>
      <w:pPr>
        <w:keepNext/>
        <w:spacing w:after="0"/>
      </w:pPr>
      <w:r>
        <w:t>With a chorus for their friends.</w:t>
      </w:r>
    </w:p>
    <w:p>
      <w:pPr>
        <w:keepNext/>
        <w:spacing w:after="0"/>
      </w:pPr>
      <w:r>
        <w:t>Me, I bring a weathered voice,</w:t>
      </w:r>
    </w:p>
    <w:p>
      <w:pPr>
        <w:keepNext/>
        <w:spacing w:after="0"/>
      </w:pPr>
      <w:r>
        <w:t>Country heart and rock-and-roll,</w:t>
      </w:r>
    </w:p>
    <w:p>
      <w:pPr>
        <w:keepNext/>
        <w:spacing w:after="0"/>
      </w:pPr>
      <w:r>
        <w:t>Trying different roads to reach</w:t>
      </w:r>
    </w:p>
    <w:p>
      <w:pPr>
        <w:keepNext w:val="0"/>
        <w:spacing w:after="0"/>
      </w:pPr>
      <w:r>
        <w:t>The same truth down in my soul.</w:t>
      </w:r>
    </w:p>
    <w:p>
      <w:pPr>
        <w:spacing w:after="0"/>
      </w:pPr>
    </w:p>
    <w:p>
      <w:pPr>
        <w:keepNext/>
      </w:pPr>
      <w:r>
        <w:rPr>
          <w:b/>
        </w:rPr>
        <w:t>[Pre-Chorus]</w:t>
      </w:r>
    </w:p>
    <w:p>
      <w:pPr>
        <w:keepNext/>
        <w:spacing w:after="0"/>
      </w:pPr>
      <w:r>
        <w:t>Every choice can change the feeling,</w:t>
      </w:r>
    </w:p>
    <w:p>
      <w:pPr>
        <w:keepNext/>
        <w:spacing w:after="0"/>
      </w:pPr>
      <w:r>
        <w:t>Every pause can let it breathe,</w:t>
      </w:r>
    </w:p>
    <w:p>
      <w:pPr>
        <w:keepNext/>
        <w:spacing w:after="0"/>
      </w:pPr>
      <w:r>
        <w:t>When the music meets the meaning,</w:t>
      </w:r>
    </w:p>
    <w:p>
      <w:pPr>
        <w:keepNext w:val="0"/>
        <w:spacing w:after="0"/>
      </w:pPr>
      <w:r>
        <w:t>That's the part I want to keep.</w:t>
      </w:r>
    </w:p>
    <w:p>
      <w:pPr>
        <w:spacing w:after="0"/>
      </w:pPr>
    </w:p>
    <w:p>
      <w:pPr>
        <w:keepNext/>
      </w:pPr>
      <w:r>
        <w:rPr>
          <w:b/>
        </w:rPr>
        <w:t>[Chorus]</w:t>
      </w:r>
    </w:p>
    <w:p>
      <w:pPr>
        <w:keepNext/>
        <w:spacing w:after="0"/>
      </w:pPr>
      <w:r>
        <w:t>Your story has a sound,</w:t>
      </w:r>
    </w:p>
    <w:p>
      <w:pPr>
        <w:keepNext/>
        <w:spacing w:after="0"/>
      </w:pPr>
      <w:r>
        <w:t>Let it rise, let it roll,</w:t>
      </w:r>
    </w:p>
    <w:p>
      <w:pPr>
        <w:keepNext/>
        <w:spacing w:after="0"/>
      </w:pPr>
      <w:r>
        <w:t>From the ink upon the paper</w:t>
      </w:r>
    </w:p>
    <w:p>
      <w:pPr>
        <w:keepNext/>
        <w:spacing w:after="0"/>
      </w:pPr>
      <w:r>
        <w:t>To the fire inside your soul.</w:t>
      </w:r>
    </w:p>
    <w:p>
      <w:pPr>
        <w:keepNext/>
        <w:spacing w:after="0"/>
      </w:pPr>
      <w:r>
        <w:t>Give the whisper room to thunder,</w:t>
      </w:r>
    </w:p>
    <w:p>
      <w:pPr>
        <w:keepNext/>
        <w:spacing w:after="0"/>
      </w:pPr>
      <w:r>
        <w:t>Give the memory a tune,</w:t>
      </w:r>
    </w:p>
    <w:p>
      <w:pPr>
        <w:keepNext/>
        <w:spacing w:after="0"/>
      </w:pPr>
      <w:r>
        <w:t>There's a song inside this moment,</w:t>
      </w:r>
    </w:p>
    <w:p>
      <w:pPr>
        <w:keepNext w:val="0"/>
        <w:spacing w:after="0"/>
      </w:pPr>
      <w:r>
        <w:t>And it starts right here with you.</w:t>
      </w:r>
    </w:p>
    <w:p>
      <w:pPr>
        <w:spacing w:after="0"/>
      </w:pPr>
    </w:p>
    <w:p>
      <w:pPr>
        <w:keepNext/>
      </w:pPr>
      <w:r>
        <w:rPr>
          <w:b/>
        </w:rPr>
        <w:t>[Bridge — rhythmic spoken delivery, drums building]</w:t>
      </w:r>
    </w:p>
    <w:p>
      <w:pPr>
        <w:keepNext/>
        <w:spacing w:after="0"/>
      </w:pPr>
      <w:r>
        <w:t>To the team behind the doorway,</w:t>
      </w:r>
    </w:p>
    <w:p>
      <w:pPr>
        <w:keepNext/>
        <w:spacing w:after="0"/>
      </w:pPr>
      <w:r>
        <w:t>Here's the work I'd bring to you:</w:t>
      </w:r>
    </w:p>
    <w:p>
      <w:pPr>
        <w:keepNext/>
        <w:spacing w:after="0"/>
      </w:pPr>
      <w:r>
        <w:t>Find the heart inside the message,</w:t>
      </w:r>
    </w:p>
    <w:p>
      <w:pPr>
        <w:keepNext/>
        <w:spacing w:after="0"/>
      </w:pPr>
      <w:r>
        <w:t>Make the first impression true.</w:t>
      </w:r>
    </w:p>
    <w:p>
      <w:pPr>
        <w:keepNext/>
        <w:spacing w:after="0"/>
      </w:pPr>
      <w:r>
        <w:t>Build a picture worth a second,</w:t>
      </w:r>
    </w:p>
    <w:p>
      <w:pPr>
        <w:keepNext/>
        <w:spacing w:after="0"/>
      </w:pPr>
      <w:r>
        <w:t>Write a line that makes us feel,</w:t>
      </w:r>
    </w:p>
    <w:p>
      <w:pPr>
        <w:keepNext/>
        <w:spacing w:after="0"/>
      </w:pPr>
      <w:r>
        <w:t>Listen, learn, and make it better,</w:t>
      </w:r>
    </w:p>
    <w:p>
      <w:pPr>
        <w:keepNext w:val="0"/>
        <w:spacing w:after="0"/>
      </w:pPr>
      <w:r>
        <w:t>Keep the human story real.</w:t>
      </w:r>
    </w:p>
    <w:p>
      <w:pPr>
        <w:spacing w:after="0"/>
      </w:pPr>
    </w:p>
    <w:p>
      <w:pPr>
        <w:keepNext/>
      </w:pPr>
      <w:r>
        <w:rPr>
          <w:b/>
        </w:rPr>
        <w:t>[Breakdown — soulful]</w:t>
      </w:r>
    </w:p>
    <w:p>
      <w:pPr>
        <w:keepNext/>
        <w:spacing w:after="0"/>
      </w:pPr>
      <w:r>
        <w:t>One voice in a quiet room,</w:t>
      </w:r>
    </w:p>
    <w:p>
      <w:pPr>
        <w:keepNext/>
        <w:spacing w:after="0"/>
      </w:pPr>
      <w:r>
        <w:t>One thought beneath the doubt,</w:t>
      </w:r>
    </w:p>
    <w:p>
      <w:pPr>
        <w:keepNext/>
        <w:spacing w:after="0"/>
      </w:pPr>
      <w:r>
        <w:t>Sometimes all we need's a way</w:t>
      </w:r>
    </w:p>
    <w:p>
      <w:pPr>
        <w:keepNext w:val="0"/>
        <w:spacing w:after="0"/>
      </w:pPr>
      <w:r>
        <w:t>To let that music out.</w:t>
      </w:r>
    </w:p>
    <w:p>
      <w:pPr>
        <w:spacing w:after="0"/>
      </w:pPr>
    </w:p>
    <w:p>
      <w:pPr>
        <w:keepNext/>
      </w:pPr>
      <w:r>
        <w:rPr>
          <w:b/>
        </w:rPr>
        <w:t>[Final Chorus — full band]</w:t>
      </w:r>
    </w:p>
    <w:p>
      <w:pPr>
        <w:keepNext/>
        <w:spacing w:after="0"/>
      </w:pPr>
      <w:r>
        <w:t>Your story has a sound,</w:t>
      </w:r>
    </w:p>
    <w:p>
      <w:pPr>
        <w:keepNext/>
        <w:spacing w:after="0"/>
      </w:pPr>
      <w:r>
        <w:t>Let it rise, let it roll,</w:t>
      </w:r>
    </w:p>
    <w:p>
      <w:pPr>
        <w:keepNext/>
        <w:spacing w:after="0"/>
      </w:pPr>
      <w:r>
        <w:t>From the ink upon the paper</w:t>
      </w:r>
    </w:p>
    <w:p>
      <w:pPr>
        <w:keepNext/>
        <w:spacing w:after="0"/>
      </w:pPr>
      <w:r>
        <w:t>To the fire inside your soul.</w:t>
      </w:r>
    </w:p>
    <w:p>
      <w:pPr>
        <w:keepNext/>
        <w:spacing w:after="0"/>
      </w:pPr>
      <w:r>
        <w:t>Give the whisper room to thunder,</w:t>
      </w:r>
    </w:p>
    <w:p>
      <w:pPr>
        <w:keepNext/>
        <w:spacing w:after="0"/>
      </w:pPr>
      <w:r>
        <w:t>Give the memory a tune,</w:t>
      </w:r>
    </w:p>
    <w:p>
      <w:pPr>
        <w:keepNext/>
        <w:spacing w:after="0"/>
      </w:pPr>
      <w:r>
        <w:t>There's a song inside this moment,</w:t>
      </w:r>
    </w:p>
    <w:p>
      <w:pPr>
        <w:keepNext w:val="0"/>
        <w:spacing w:after="0"/>
      </w:pPr>
      <w:r>
        <w:t>And it starts right here with you.</w:t>
      </w:r>
    </w:p>
    <w:p>
      <w:pPr>
        <w:spacing w:after="0"/>
      </w:pPr>
    </w:p>
    <w:p>
      <w:pPr>
        <w:keepNext/>
      </w:pPr>
      <w:r>
        <w:rPr>
          <w:b/>
        </w:rPr>
        <w:t>[Outro — acoustic, spoken]</w:t>
      </w:r>
    </w:p>
    <w:p>
      <w:pPr>
        <w:keepNext/>
        <w:spacing w:after="0"/>
      </w:pPr>
      <w:r>
        <w:t>I'm Eric Bryden.</w:t>
      </w:r>
    </w:p>
    <w:p>
      <w:pPr>
        <w:keepNext/>
        <w:spacing w:after="0"/>
      </w:pPr>
      <w:r>
        <w:t>Draconic Realms Creations.</w:t>
      </w:r>
    </w:p>
    <w:p>
      <w:pPr>
        <w:keepNext/>
        <w:spacing w:after="0"/>
      </w:pPr>
      <w:r>
        <w:t>To the team at Suno—</w:t>
      </w:r>
    </w:p>
    <w:p>
      <w:pPr>
        <w:keepNext/>
        <w:spacing w:after="0"/>
      </w:pPr>
      <w:r>
        <w:t>thank you for giving my ideas</w:t>
      </w:r>
    </w:p>
    <w:p>
      <w:pPr>
        <w:keepNext w:val="0"/>
        <w:spacing w:after="0"/>
      </w:pPr>
      <w:r>
        <w:t>another place to grow.</w:t>
      </w:r>
    </w:p>
    <w:p>
      <w:pPr>
        <w:spacing w:after="0"/>
      </w:pPr>
    </w:p>
    <w:p>
      <w:pPr>
        <w:pStyle w:val="Heading1"/>
      </w:pPr>
      <w:r>
        <w:t>Suno style prompt</w:t>
      </w:r>
    </w:p>
    <w:p>
      <w:r>
        <w:t>Country-soul anthem with a rock lift, warm acoustic guitar, rounded bass, soulful piano, restrained organ, live-feeling drums, and electric guitars opening up in the choruses. Mature gritty male vocal, smoky rasp, heartfelt conversational verses, memorable melodic chorus. Gentle rhythmic spoken bridge rather than fast rap. Intimate opening, gradual build, uplifting full-band ending. Preserve vocal character and expressive imperfections; minimal pitch correction, clear vocal mix. Aim for approximately 3–4 minutes. No artist imitation. If using Eric's own recorded vocal, preserve its recognizable tone; a text prompt alone does not reproduce his actual voice.</w:t>
      </w:r>
    </w:p>
    <w:p>
      <w:pPr>
        <w:pStyle w:val="Heading1"/>
      </w:pPr>
      <w:r>
        <w:t>Suggested audio and visual deliverables</w:t>
      </w:r>
    </w:p>
    <w:p>
      <w:r>
        <w:t>Full song: Suno_Your_Story_Has_A_Sound_Eric_Bryden.wav</w:t>
      </w:r>
    </w:p>
    <w:p>
      <w:r>
        <w:t>Short excerpt: Suno_Your_Story_Has_A_Sound_30sec.wav — select the chorus after rendering.</w:t>
      </w:r>
    </w:p>
    <w:p>
      <w:r>
        <w:t>Cover filename: Suno_Your_Story_Has_A_Sound_Cover.png</w:t>
      </w:r>
    </w:p>
    <w:p>
      <w:r>
        <w:t>Cover direction: an open handwritten notebook becoming a luminous abstract soundwave; warm amber and deep charcoal; title Your Story Has a Sound; credit Eric Bryden • Draconic Realms Creations; small Speculative Portfolio Concept label. No dragons. Cover image has not yet been produced.</w:t>
      </w:r>
    </w:p>
    <w:p>
      <w:r>
        <w:t>Suggested computer folder: Documents/Draconic Realms Creations/Portfolio/Suno Showcase/</w:t>
      </w:r>
    </w:p>
    <w:p>
      <w:pPr>
        <w:pStyle w:val="Heading1"/>
      </w:pPr>
      <w:r>
        <w:t>How to present this honestly</w:t>
      </w:r>
    </w:p>
    <w:p>
      <w:r>
        <w:t>This sample shows concept development, copy, test planning, and workflow thinking. Add finished static designs and editable source files to prove visual craft. Add real measured outcomes when available. Describe previous experience accurately; do not substitute this speculative project for four to six years of paid-social experience.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Suno Creative Campaign and Song Showcase</dc:title>
  <dc:subject/>
  <dc:creator>Eric Bryden</dc:creator>
  <cp:keywords/>
  <dc:description>generated by python-docx</dc:description>
  <cp:lastModifiedBy/>
  <cp:revision>1</cp:revision>
  <dcterms:created xsi:type="dcterms:W3CDTF">2013-12-23T23:15:00Z</dcterms:created>
  <dcterms:modified xsi:type="dcterms:W3CDTF">2013-12-23T23:15:00Z</dcterms:modified>
  <cp:category/>
</cp:coreProperties>
</file>